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8"/>
        </w:rPr>
        <w:t>{d.fullName}</w:t>
      </w:r>
    </w:p>
    <w:p>
      <w:pPr>
        <w:jc w:val="center"/>
      </w:pPr>
      <w:r>
        <w:rPr>
          <w:color w:val="666666"/>
          <w:sz w:val="20"/>
        </w:rPr>
        <w:t>{d.email} | {d.phone} | {d.address}</w:t>
      </w:r>
    </w:p>
    <w:p>
      <w:pPr>
        <w:jc w:val="center"/>
      </w:pPr>
      <w:r>
        <w:rPr>
          <w:color w:val="666666"/>
          <w:sz w:val="20"/>
        </w:rPr>
        <w:t>{d.linkedin:showBegin}LinkedIn: {d.linkedin} | {d.linkedin:showEnd}{d.github:showBegin}GitHub: {d.github} | {d.github:showEnd}{d.website:showBegin}Web: {d.website}{d.website:showEnd}</w:t>
      </w:r>
    </w:p>
    <w:p>
      <w:r>
        <w:t>________________________________________________________________________________</w:t>
      </w:r>
    </w:p>
    <w:p>
      <w:pPr>
        <w:pStyle w:val="Heading2"/>
      </w:pPr>
      <w:r>
        <w:t>Professional Summary</w:t>
      </w:r>
    </w:p>
    <w:p>
      <w:r>
        <w:t>{d.summary}</w:t>
      </w:r>
    </w:p>
    <w:p>
      <w:pPr>
        <w:pStyle w:val="Heading2"/>
      </w:pPr>
      <w:r>
        <w:t>Work Experience</w:t>
      </w:r>
    </w:p>
    <w:p>
      <w:r>
        <w:rPr>
          <w:b/>
          <w:sz w:val="24"/>
        </w:rPr>
        <w:t>{d.experience[i].position}</w:t>
      </w:r>
      <w:r>
        <w:rPr>
          <w:sz w:val="24"/>
        </w:rPr>
        <w:t xml:space="preserve"> at {d.experience[i].company}</w:t>
      </w:r>
    </w:p>
    <w:p>
      <w:r>
        <w:rPr>
          <w:i/>
          <w:color w:val="888888"/>
          <w:sz w:val="20"/>
        </w:rPr>
        <w:t>{d.experience[i].startDate} - {d.experience[i].endDate} ({d.experience[i].duration})</w:t>
      </w:r>
    </w:p>
    <w:p>
      <w:r>
        <w:t>{d.experience[i].description}</w:t>
      </w:r>
    </w:p>
    <w:p>
      <w:pPr>
        <w:pStyle w:val="ListBullet"/>
      </w:pPr>
      <w:r>
        <w:t>{d.experience[i].achievements[j]}</w:t>
      </w:r>
    </w:p>
    <w:p>
      <w:r>
        <w:rPr>
          <w:i/>
          <w:sz w:val="20"/>
        </w:rPr>
        <w:t>Skills: {d.experience[i].skillsUsed}</w:t>
      </w:r>
    </w:p>
    <w:p>
      <w:pPr>
        <w:pStyle w:val="Heading2"/>
      </w:pPr>
      <w:r>
        <w:t>Skills</w:t>
      </w:r>
    </w:p>
    <w:p>
      <w:r>
        <w:rPr>
          <w:b/>
          <w:sz w:val="22"/>
        </w:rPr>
        <w:t xml:space="preserve">{d.skillsByCategory[i].category}: </w:t>
      </w:r>
    </w:p>
    <w:p>
      <w:pPr>
        <w:pStyle w:val="ListBullet"/>
      </w:pPr>
      <w:r>
        <w:t>{d.skillsByCategory[i].skills[j].name} ({d.skillsByCategory[i].skills[j].years}y)</w:t>
      </w:r>
    </w:p>
    <w:p>
      <w:pPr>
        <w:pStyle w:val="Heading2"/>
      </w:pPr>
      <w:r>
        <w:t>Education</w:t>
      </w:r>
    </w:p>
    <w:p>
      <w:r>
        <w:rPr>
          <w:b/>
        </w:rPr>
        <w:t>{d.education[i].degree}</w:t>
      </w:r>
      <w:r>
        <w:t xml:space="preserve"> in {d.education[i].field}</w:t>
      </w:r>
    </w:p>
    <w:p>
      <w:r>
        <w:t>{d.education[i].institution}</w:t>
      </w:r>
    </w:p>
    <w:p>
      <w:r>
        <w:rPr>
          <w:color w:val="888888"/>
          <w:sz w:val="20"/>
        </w:rPr>
        <w:t>{d.education[i].startDate} - {d.education[i].endDate}</w:t>
      </w:r>
    </w:p>
    <w:p>
      <w:r>
        <w:t>{d.education[i].grade:showBegin}Grade: {d.education[i].grade}{d.education[i].grade:showEnd}</w:t>
      </w:r>
    </w:p>
    <w:p>
      <w:pPr>
        <w:pStyle w:val="Heading2"/>
      </w:pPr>
      <w:r>
        <w:t>Certifications</w:t>
      </w:r>
    </w:p>
    <w:p>
      <w:pPr>
        <w:pStyle w:val="ListBullet"/>
      </w:pPr>
      <w:r>
        <w:t>{d.certifications[i].name} - {d.certifications[i].issuer} ({d.certifications[i].date})</w:t>
      </w:r>
    </w:p>
    <w:p/>
    <w:p>
      <w:pPr>
        <w:jc w:val="center"/>
      </w:pPr>
      <w:r>
        <w:rPr>
          <w:color w:val="AAAAAA"/>
          <w:sz w:val="16"/>
        </w:rPr>
        <w:t>Generated on {d.generationDate}</w:t>
      </w:r>
    </w:p>
    <w:sectPr w:rsidR="00FC693F" w:rsidRPr="0006063C" w:rsidSect="00034616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